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Seitsemisen kansallispuisto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08:00-18:00 Retki Seitsemisen kansallispuistoon</w:t>
      </w:r>
    </w:p>
    <w:p>
      <w:r>
        <w:t>Seitsemisen kansallispuisto kahden päivän retken 18 - 19.5.2024.</w:t>
      </w:r>
    </w:p>
    <w:p>
      <w:r>
        <w:t>Savottakämpän majoituksen ja Koveron tilan opastuksen sisältävä hinta on 25 euroa per henkilö. Tämän lisäksi tulevat matkakustannukset (n. 25 €/hlö) ja ruokailut (n. 30 - 40 €/hlö). Maksut kerätään retken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