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Kärkipyörä, Liiketie 3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10:00-14:00 Meidän piha ja metsä</w:t>
      </w:r>
    </w:p>
    <w:p>
      <w:r>
        <w:t>Meidän piha ja metsä -tapahtuma järjestetään lauantaina 20.4. klo 10-14.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