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Etätapaaminen, Teams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18:00-19:00 Valtakunnallinen virtuaalinen vanhempainilta: Sähkösavukkeet (vapet) ja nikotiinipussit – mistä kyse ja mitä tehtävissä? (Teams)</w:t>
      </w:r>
    </w:p>
    <w:p>
      <w:r>
        <w:t xml:space="preserve">Pohdituttaako nuorten sähkösavukkeiden käyttö (eli vapetus)? Onko lapsesi arkiympäristöissä tullut esiin nikotiinipussien käyttöä?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