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Mäntyharju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12:30-14:30 Liikkuva Palveluyksikkö ReissuEllu: Digitaaliset terveyspalvelut ja jumppahetki (Enonkylä)</w:t>
      </w:r>
    </w:p>
    <w:p>
      <w:r>
        <w:t>Liikkuva palveluyksikkö ReissuEllu pysähtyy 17.4.2024 Enonkylätalolla klo 12.30 – 14.30</w:t>
        <w:br/>
        <w:br/>
        <w:t>Huljavantie 235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