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09:30-11:30 Liikkuva palveluyksikkö ReissuEllu: Suomi.fi - valtuuttaminen ja digitaaliset terveyspalvelut (Koirakivi)</w:t>
      </w:r>
    </w:p>
    <w:p>
      <w:r>
        <w:t>Liikkuva palveluyksikkö ReissuEllu pysähtyy 17.4.2024 Koirakiven Nuorisoseuratalolla klo 9.30 – 11.30 Koirakiventie 524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