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11:00-13:00 Lavislauantai Mäntyharjun Nuorisoseurantalolla 💃</w:t>
      </w:r>
    </w:p>
    <w:p>
      <w:r>
        <w:t>Tanssiliikuntaa lavatanssimusiikin tahdissa Mäntyharjun Nuorisoseuran talolla - tule sinäkin mukaan!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