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13:00-14:15 Salmelan avajaiskonsertti: Viipurin Lauluveikot ja Karjalan Laulu-Veikot</w:t>
      </w:r>
    </w:p>
    <w:p>
      <w:r>
        <w:t xml:space="preserve">Karjalasta kajahtaa! </w:t>
      </w:r>
    </w:p>
    <w:p>
      <w:r>
        <w:t>A-katsomo 50 €, B-katsomo 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