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18:00-20:00 Salmelan konsertti: Egotrippi</w:t>
      </w:r>
    </w:p>
    <w:p>
      <w:r>
        <w:t xml:space="preserve">Tuplaplatinaa, platinaa ja kultaa uransa aikana myynyt Egotrippi soitti ensimmäisen keikkansa Kulosaaren kasinolla syksyllä 1993. </w:t>
      </w:r>
    </w:p>
    <w:p>
      <w:r>
        <w:t>A-katsomo 65 €, B-katsomo 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