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18:00-20:00 Salmelan konsertti: Kaseva</w:t>
      </w:r>
    </w:p>
    <w:p>
      <w:r>
        <w:t xml:space="preserve">Kaseva on legendaarinen suomalainen pop-rock-yhtye, joka tunnetaan herkästä musiikistaan ja stemmalaulustaan. </w:t>
      </w:r>
    </w:p>
    <w:p>
      <w:r>
        <w:t>A-katsomo 55 €, B-katsomo 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