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18:00-20:00 Salmelan konsertti: Samuli Putro</w:t>
      </w:r>
    </w:p>
    <w:p>
      <w:r>
        <w:t>Samuli Putro on yksi Suomen menestyneimmistä lauluntekijöistä.</w:t>
      </w:r>
    </w:p>
    <w:p>
      <w:r>
        <w:t>A-katsomo 60 €, B-katsomo 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