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18:00-20:00 Salmelan konsertti: Topmost 60 vuotta</w:t>
      </w:r>
    </w:p>
    <w:p>
      <w:r>
        <w:t>Vuonna 1964 helsinkiläisistä koulupojista perustettu Topmost esiintyy vieläkin viiden alkuperäisjäsenen voimin.</w:t>
      </w:r>
    </w:p>
    <w:p>
      <w:r>
        <w:t>A-katsomo 50 €, B-katsomo 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