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 xml:space="preserve"> Askel, 4.krs, Pyhävedentie </w:t>
      </w:r>
    </w:p>
    <w:p>
      <w:r>
        <w:t>3.6.2024 maanantai</w:t>
      </w:r>
    </w:p>
    <w:p>
      <w:pPr>
        <w:pStyle w:val="Heading1"/>
      </w:pPr>
      <w:r>
        <w:t>3.6.2024-7.6.2024</w:t>
      </w:r>
    </w:p>
    <w:p>
      <w:pPr>
        <w:pStyle w:val="Heading2"/>
      </w:pPr>
      <w:r>
        <w:t>09:00-14:00 Kesäloman päiväleiri lapsille</w:t>
      </w:r>
    </w:p>
    <w:p>
      <w:r>
        <w:t xml:space="preserve">Lasten päiväleiri koululaisten kesäloman ekalla viikolla alakoululaisille (ei eskarit).  </w:t>
        <w:br/>
        <w:br/>
      </w:r>
    </w:p>
    <w:p>
      <w:r>
        <w:t xml:space="preserve">10€/pv, sisältää ohjattu toiminta, materiaalit, lounas, välipala, retket. Sisaralennus -30€.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