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17:30-20:00 Arvo Tuomisen luento: Riisutut naamiot</w:t>
      </w:r>
    </w:p>
    <w:p>
      <w:r>
        <w:t>Venäjän hyökkäys Ukrainan kimppuun paljasti sodan kylmät kasvot ja tuhosi miljoonien ihmisten unelmat.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