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4.5.2024 lauantai</w:t>
      </w:r>
    </w:p>
    <w:p>
      <w:pPr>
        <w:pStyle w:val="Heading1"/>
      </w:pPr>
      <w:r>
        <w:t>4.5.2024-8.5.2024</w:t>
      </w:r>
    </w:p>
    <w:p>
      <w:pPr>
        <w:pStyle w:val="Heading2"/>
      </w:pPr>
      <w:r>
        <w:t>14:00-18:00 Merisatu, 4.5.-8.5.</w:t>
      </w:r>
    </w:p>
    <w:p>
      <w:r>
        <w:t>Mäntyharjun Näytelmäkerhon ja Mäntyharjun kansalaisopiston merisatu</w:t>
      </w:r>
    </w:p>
    <w:p>
      <w:r>
        <w:t>10 €, maksetaan paikan 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