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Haimintie 10, 52700 Mäntyharju</w:t>
      </w:r>
    </w:p>
    <w:p>
      <w:r>
        <w:t>26.5.2024 sunnuntai</w:t>
      </w:r>
    </w:p>
    <w:p>
      <w:pPr>
        <w:pStyle w:val="Heading1"/>
      </w:pPr>
      <w:r>
        <w:t>26.5.2024 sunnuntai</w:t>
      </w:r>
    </w:p>
    <w:p>
      <w:pPr>
        <w:pStyle w:val="Heading2"/>
      </w:pPr>
      <w:r>
        <w:t>12:00-13:30 Haimin hölkkä</w:t>
      </w:r>
    </w:p>
    <w:p>
      <w:r>
        <w:t xml:space="preserve">Koko perheen kuntoilutapahtuma, jossa juostaan/kävellään n. 6 km matka pääasiassa hiekkateitä pitkin.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