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Valtolan urheilukenttä, Valtolantie 2220, 52890 Käävänkylä</w:t>
      </w:r>
    </w:p>
    <w:p>
      <w:r>
        <w:t>4.7.2024 torstai</w:t>
      </w:r>
    </w:p>
    <w:p>
      <w:pPr>
        <w:pStyle w:val="Heading1"/>
      </w:pPr>
      <w:r>
        <w:t>4.7.2024 torstai</w:t>
      </w:r>
    </w:p>
    <w:p>
      <w:pPr>
        <w:pStyle w:val="Heading2"/>
      </w:pPr>
      <w:r>
        <w:t>18:00-19:00 Pyöräilytapahtuma Partsimaan ympäriajo</w:t>
      </w:r>
    </w:p>
    <w:p>
      <w:r>
        <w:t xml:space="preserve">Ajetaan omaan tahtiin Partsimaan järven ympäri (n. 11 km).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