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14:00-19:00 Tie tähtiin - MäVi voimistelu- ja tanssijaoston kevätnäytös</w:t>
      </w:r>
    </w:p>
    <w:p>
      <w:r>
        <w:t>Tie tähtiin -näytös vie katsojat ihmeelliseen elokuvamaailmaan.</w:t>
      </w:r>
    </w:p>
    <w:p>
      <w:r>
        <w:t>Liput:</w:t>
        <w:br/>
        <w:t>* 10 €</w:t>
        <w:br/>
        <w:t>* Alle 7 v. ja K9-kortilla 0 €</w:t>
        <w:br/>
        <w:br/>
        <w:t>Maksutavat: Kortti, MobilePay, käteinen,Epassi, Edenred, Smartum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