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Hinkkuri Highland - Hiekkaharjuntie 13, Mäntyharju</w:t>
      </w:r>
    </w:p>
    <w:p>
      <w:r>
        <w:t>15.6.2024 lauantai</w:t>
      </w:r>
    </w:p>
    <w:p>
      <w:pPr>
        <w:pStyle w:val="Heading1"/>
      </w:pPr>
      <w:r>
        <w:t>15.6.2024 lauantai</w:t>
      </w:r>
    </w:p>
    <w:p>
      <w:pPr>
        <w:pStyle w:val="Heading2"/>
      </w:pPr>
      <w:r>
        <w:t>12:00-17:00 AVOIMET OVET Ylämaankarjatilalla</w:t>
      </w:r>
    </w:p>
    <w:p>
      <w:r>
        <w:t>TERVETULOA KYLÄÄN  YLÄMAANKARJATILALLE Mäntyharjulle</w:t>
        <w:br/>
        <w:br/>
        <w:t>lauantaina 15.6.2024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