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OrilammenMaja Voikoskentie 138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11:00-16:00 Jawasakkiajot -museorekisteröityjen Jawa moottoripyörien ralli 7.-9.6 Orilammen Majalla</w:t>
      </w:r>
    </w:p>
    <w:p>
      <w:r>
        <w:t xml:space="preserve">Vanhojen Jawa moottoripyörien vuoden päätapahtuma. Paraatiajo järjestetään lauantaina 8.6 klo 11 alkaen Orilammen Majalta Miekankosken Uittotuvalle.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