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Reissuravintola, Pentinpolku 2, Mäntyharju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18:00-20:00 Yrittäjien iltakahvit</w:t>
      </w:r>
    </w:p>
    <w:p>
      <w:r>
        <w:t xml:space="preserve">Yrittäjien tämän kevään viimeiset iltakahvit nautitaan Reissuravintolan Dooriksessa torstaina 23.5. klo 18, Pentinpolku 2.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