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18:00-22:00 DISCO Makasiinilla pe 28.6. klo 18-22 / VAPAA PÄÄSY</w:t>
      </w:r>
    </w:p>
    <w:p>
      <w:r>
        <w:t>Rento ja mukava Disco-ilta Makasiinilla.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