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18:00-20:00 Yleisurheilun Metsä Group -seurakisa</w:t>
      </w:r>
    </w:p>
    <w:p>
      <w:r>
        <w:t>Metsä Group -seurakisat 22.5.2024 klo 18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