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Polaria padelkenttä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10:00-17:00 Polaria-padelturnaus</w:t>
      </w:r>
    </w:p>
    <w:p>
      <w:r>
        <w:t>Polaria-turnaus 25.5.2024 klo 10-17 avaa kesän padelturnauskauden.</w:t>
        <w:br/>
        <w:br/>
        <w:br/>
        <w:br/>
      </w:r>
    </w:p>
    <w:p>
      <w:r>
        <w:t>Hinta/pelaaja:</w:t>
        <w:br/>
        <w:br/>
        <w:t>15 €/jäsen</w:t>
        <w:br/>
        <w:t>20 €/ei jäsen</w:t>
        <w:br/>
        <w:br/>
        <w:t>Maksun voi suorittaa myös ePassila, Edenredillä tai Smartumilla.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