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18:00-21:00 Leevi &amp; Leavings Tribuutti DUO Konsertti / VAPAA PÄÄSY</w:t>
      </w:r>
    </w:p>
    <w:p>
      <w:r>
        <w:t>Leevi &amp; the Leavings Tribuutti DUO tarjoilee sulavimmat rytmit ja vauhdikkaimmat kuviot Göstan katalogista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