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</w:t>
      </w:r>
    </w:p>
    <w:p>
      <w:r>
        <w:t>16.5.2024 torstai</w:t>
      </w:r>
    </w:p>
    <w:p>
      <w:pPr>
        <w:pStyle w:val="Heading1"/>
      </w:pPr>
      <w:r>
        <w:t>16.5.2024-31.8.2024</w:t>
      </w:r>
    </w:p>
    <w:p>
      <w:pPr>
        <w:pStyle w:val="Heading2"/>
      </w:pPr>
      <w:r>
        <w:t>11:00-17:00 KOKO KESÄN Sarianne Volasen Muotokuvia Maatilalta -taidenäyttely Makasiinin Puoti &amp; Kahvilassa</w:t>
      </w:r>
    </w:p>
    <w:p>
      <w:r>
        <w:t>Muotokuvia maatilalta myyntitaidenäyttely KOKO KESÄN Makasiinilla.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