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18:00-20:00 Mikko Karhula konsertti Makasiinin Puoti &amp; Kahvilassa / Vapaa pääsy</w:t>
      </w:r>
    </w:p>
    <w:p>
      <w:r>
        <w:t>Mikko Karhula on vuonna 1981 syntynyt soolokitaristi sekä säveltäjä.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