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10:00-15:00 MäntyFutis harrastefutisturnaus</w:t>
      </w:r>
    </w:p>
    <w:p>
      <w:r>
        <w:t xml:space="preserve">Tarjolla paikkakunnan parasta potkupalloa klo 10-15. Kaikille avoin turnaus.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