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18:00-19:30 Syystuulia</w:t>
      </w:r>
    </w:p>
    <w:p>
      <w:r>
        <w:t>Mikkelin musiikkiopiston Mäntyharjun toimipisteen oppilaiden konsertti.</w:t>
        <w:br/>
        <w:br/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