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Miekankosken kahvila, Miekankoskentie 942</w:t>
      </w:r>
    </w:p>
    <w:p>
      <w:r>
        <w:t>10.8.2024 lauantai</w:t>
      </w:r>
    </w:p>
    <w:p>
      <w:pPr>
        <w:pStyle w:val="Heading1"/>
      </w:pPr>
      <w:r>
        <w:t>10.8.2024 lauantai</w:t>
      </w:r>
    </w:p>
    <w:p>
      <w:pPr>
        <w:pStyle w:val="Heading2"/>
      </w:pPr>
      <w:r>
        <w:t>11:00-13:00 MIEKANKOSKI BIKER DAY</w:t>
      </w:r>
    </w:p>
    <w:p>
      <w:r>
        <w:t>Yksi kesän kohokohta on jo melkein perinteeksi muodostunut motoristitapahtuma Miekankoski Biker Day</w:t>
      </w:r>
    </w:p>
    <w:p>
      <w:r>
        <w:t xml:space="preserve">Ei pääsymaksua!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