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12:00-15:00 Info-tilaisuus rakennusjärjestysehdotuksesta</w:t>
      </w:r>
    </w:p>
    <w:p>
      <w:r>
        <w:t>Mäntyharjun rakennustarkastaja järjestää avoimen INFO -tilaisuuden rakennusjärjestysehdotuksesta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