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14:00-16:00 Liikkuva palveluyksikkö ReissuEllu Koirakiven Nuorisoseuratalolla</w:t>
      </w:r>
    </w:p>
    <w:p>
      <w:r>
        <w:t>Tarjolla apua tuoreen OmaEloisa-sovelluksen käyttöön sekä tietoteknisten pulmien ratkaisemiseen.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