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18:00-20:00 Makasiinin historiailta / muisteluilta ke 24.7. klo 18-20 (Makasiinin Puoti &amp; Kahvila, Asematie 10)</w:t>
      </w:r>
    </w:p>
    <w:p>
      <w:r>
        <w:t>Tervetuloa Makasiinille kertomaan omat muistosi Makasiinista ja rautatieasemasta tai kuulemaan muiden muistoja!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