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Mäntyharjun kulttuurisali, Kompantie 22</w:t>
      </w:r>
    </w:p>
    <w:p>
      <w:r>
        <w:t>28.7.2024 sunnuntai</w:t>
      </w:r>
    </w:p>
    <w:p>
      <w:pPr>
        <w:pStyle w:val="Heading1"/>
      </w:pPr>
      <w:r>
        <w:t>28.7.2024 sunnuntai</w:t>
      </w:r>
    </w:p>
    <w:p>
      <w:pPr>
        <w:pStyle w:val="Heading2"/>
      </w:pPr>
      <w:r>
        <w:t>15:00-16:00 Jokeri pokeri Box - DeLuxe SHOW Kulttuurisalissa</w:t>
      </w:r>
    </w:p>
    <w:p>
      <w:r>
        <w:t>Jokeri pokeri Box - DeLuxe SHOW Kulttuurisalissa (Kompantie 22) su 28.7. klo 15!</w:t>
      </w:r>
    </w:p>
    <w:p>
      <w:r>
        <w:t xml:space="preserve">Aikuiset 10 € ja lapset (alle 16-vuotiaat) 6 €. Sylilapset, alle 2-vuotiaat ilmaiseksi.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