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15:30-17:00 DUO LP KONSERTTI Makasiinilla - rautalankamusiikkia / VAPAA PÄÄSY</w:t>
      </w:r>
    </w:p>
    <w:p>
      <w:r>
        <w:t xml:space="preserve">Tervetuloa maksuttomaan konserttiin tunnelmalliselle Makasiinille kuuntelemaan DUO LP:n soittamaa rautalankamusiikkia.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