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Mainion edestä, Reissutie 2</w:t>
      </w:r>
    </w:p>
    <w:p>
      <w:r>
        <w:t>30.6.2024 sunnuntai</w:t>
      </w:r>
    </w:p>
    <w:p>
      <w:pPr>
        <w:pStyle w:val="Heading1"/>
      </w:pPr>
      <w:r>
        <w:t>30.6.2024 sunnuntai</w:t>
      </w:r>
    </w:p>
    <w:p>
      <w:pPr>
        <w:pStyle w:val="Heading2"/>
      </w:pPr>
      <w:r>
        <w:t>14:15-18:45 Yhteiskuljetus Pikku Kakkosen -konserttiin Mikkeliin</w:t>
      </w:r>
    </w:p>
    <w:p>
      <w:r>
        <w:t>Maksuton yhteiskuljetus Pikku Kakkosen -konserttiin. Ilmoittaudu mukaan! ⭐️💛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