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15:00-17:00 Mikkelin Kotikaari ry:n Kiitos-kiertue tarjoaa lasten juhlan: Valto Savolainen esiintyy ja järjestää Ilmapallo - ja Miska Pressan Katti shown.</w:t>
      </w:r>
    </w:p>
    <w:p>
      <w:r>
        <w:t xml:space="preserve">Lastenjuhla kiitokseksi 40 vuoden yhteistyöstä yhteistyökumppaneille.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