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12:45-13:45 Mäntyharjun vanhojen kirkkoesineiden esittely kirkossa to 25.7. klo 12.45</w:t>
      </w:r>
    </w:p>
    <w:p>
      <w:r>
        <w:t>Päivi Tuokko esittelee kanttori Heikki Poutasen kesäkonsertin jälkeen torstaina 25.7. klo 12.45 kirkkoon esille nostettuja  vanhoja kirkkoesineitä.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