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4.9.2024 keskiviikko</w:t>
      </w:r>
    </w:p>
    <w:p>
      <w:pPr>
        <w:pStyle w:val="Heading1"/>
      </w:pPr>
      <w:r>
        <w:t>4.9.2024 keskiviikko</w:t>
      </w:r>
    </w:p>
    <w:p>
      <w:pPr>
        <w:pStyle w:val="Heading2"/>
      </w:pPr>
      <w:r>
        <w:t>10:00-14:00 Maakunnalliset Ikäihmisten messut Monitoimihalli Kisalassa</w:t>
      </w:r>
    </w:p>
    <w:p>
      <w:r>
        <w:t>Maakunnalliset ikäihmisten messut pidetään keskiviikkona 4.9. klo 10-14 Monitoimihalli Kisalassa (Urheilutie 1).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