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11:00-18:00 Vapaa-ajanmessut: Mahdollisuuksien Mäntyharju</w:t>
      </w:r>
    </w:p>
    <w:p>
      <w:r>
        <w:t>Vapaa-ajanmessut järjestetään Monitoimihalli Kisalassa torstaina 5.9.2024 klo 11-18.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