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18:00-21:00 MYYNTI-ILTA ylämaankarjatilalla</w:t>
      </w:r>
    </w:p>
    <w:p>
      <w:r>
        <w:t>Ylämaankarjan lihatuotteita tuoreena - laaja valikoima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