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Kuutinlahti, Repovesi</w:t>
      </w:r>
    </w:p>
    <w:p>
      <w:r>
        <w:t>27.7.2024 lauantai</w:t>
      </w:r>
    </w:p>
    <w:p>
      <w:pPr>
        <w:pStyle w:val="Heading1"/>
      </w:pPr>
      <w:r>
        <w:t>27.7.2024 lauantai</w:t>
      </w:r>
    </w:p>
    <w:p>
      <w:pPr>
        <w:pStyle w:val="Heading2"/>
      </w:pPr>
      <w:r>
        <w:t>19:00-21:00 Kuutinlahden konsertti</w:t>
      </w:r>
    </w:p>
    <w:p>
      <w:r>
        <w:t>Konsertti Repoveden Kuutinlahdella 27.7.2024 klo 19, luonnonkatsomo.</w:t>
      </w:r>
    </w:p>
    <w:p>
      <w:r>
        <w:t>Lipun hinta 35e/ per henkilö sisältää väliaika tarjoilun</w:t>
        <w:br/>
        <w:br/>
        <w:t>Lippuja myös Ticetmasterin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