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13:00-15:30 Opastettu kenttälinnoitusnäyttely ja tutustuminen Naulasalmen linnoitukseen la 20.7. klo 13</w:t>
      </w:r>
    </w:p>
    <w:p>
      <w:r>
        <w:t>Toiveuusintana olemme järjestäneet vielä tänäkin kesänä opastetun Kenttälinnoitus-näyttelyn ja tutustumisen Naulasalmen kenttälinnoitukseen.</w:t>
        <w:br/>
        <w:br/>
        <w:br/>
        <w:br/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