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Partsimaan VPK:n talo, Valtolantie 2571, Mäntyharju</w:t>
      </w:r>
    </w:p>
    <w:p>
      <w:r>
        <w:t>13.7.2024 lauantai</w:t>
      </w:r>
    </w:p>
    <w:p>
      <w:pPr>
        <w:pStyle w:val="Heading1"/>
      </w:pPr>
      <w:r>
        <w:t>13.7.2024 lauantai</w:t>
      </w:r>
    </w:p>
    <w:p>
      <w:pPr>
        <w:pStyle w:val="Heading2"/>
      </w:pPr>
      <w:r>
        <w:t>12:00-14:30 Kesäkahinat</w:t>
      </w:r>
    </w:p>
    <w:p>
      <w:r>
        <w:t>Perinteiset Kesäkahinat la 13.7.2024 klo 12 alk. Partsimaan VPK:n talolla (Valtolantie 2571, Mäntyharju).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