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18:00-20:00 Suvi Teräsniska Mäntyharjun kirkossa</w:t>
      </w:r>
    </w:p>
    <w:p>
      <w:r>
        <w:t xml:space="preserve">OP Suur-Savo tarjoaa 120-vuotisjuhlavuoden kunniaksi maksuttomat Suvi Teräsniskan konsertit omistaja-asiakkaille Juvan ja Mäntyharjun kirkossa!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