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17:00-20:30 Mindhiven Mäntyharjun tekoälyn kesäkoulu</w:t>
      </w:r>
    </w:p>
    <w:p>
      <w:r>
        <w:t>Mäntyharjun yrittäjille, ammattilaisille ja kesäasukkaille on ainutlaatuinen mahdollisuus saada vaikuttava johdatus tekoälyyn paikan päällä.</w:t>
      </w:r>
    </w:p>
    <w:p>
      <w:r>
        <w:t>245 euroa/hlö (alv 0 %)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