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18:00-20:00 Drive In -Bingo, Koirakivi</w:t>
      </w:r>
    </w:p>
    <w:p>
      <w:r>
        <w:t>Pelataan perinteistä bingoa rempseällä meiningillä Koirakiven Nuorisoseuran Koirakivi Areenalla.</w:t>
      </w:r>
    </w:p>
    <w:p>
      <w:r>
        <w:t>Ei pääsymaksua. Bingopelivihkot maksullisia. Tallikahvila palvelee.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