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1.8.2024 torstai</w:t>
      </w:r>
    </w:p>
    <w:p>
      <w:pPr>
        <w:pStyle w:val="Heading1"/>
      </w:pPr>
      <w:r>
        <w:t>1.8.2024-4.8.2024</w:t>
      </w:r>
    </w:p>
    <w:p>
      <w:pPr>
        <w:pStyle w:val="Heading2"/>
      </w:pPr>
      <w:r>
        <w:t>11:00-19:00 Ilokuvafestivaalit Mäntyharjussa 1.-4.8.</w:t>
      </w:r>
    </w:p>
    <w:p>
      <w:r>
        <w:t>Ilokuvafestivaali tulee taas! Jo yhdeksättä kertaa järjestettävä Suomen hyvätuulisin elokuvafestivaali saapuu Mäntyharjulle 1.-4.8.2024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