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10:00-14:00 VR-kokemus lontoolaisen Philharmonia Orchestran kanssa (Mikkelin Musiikkijuhlat, On the Move)</w:t>
      </w:r>
    </w:p>
    <w:p>
      <w:r>
        <w:t>Torstaina mahdollisuus kokea Mäntyharjun kirjastolla ainutlaatuinen elämys! ⭐😍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