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Urheilukenttä (Mäntyharjuntie 8)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11:00-19:00 Ilmainen lasten liikuntapäivä Mäntyharjun Urheilukentällä (LähiTapiola Savo-Karjala ja ToriSport)</w:t>
      </w:r>
    </w:p>
    <w:p>
      <w:r>
        <w:t xml:space="preserve">Ilmainen lasten liikuntapäivä Mäntyharjun Urheilukentällä 15.8.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