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17:00-18:00 Hengitysyhdistyksen kaikille avoin puistojumppa</w:t>
      </w:r>
    </w:p>
    <w:p>
      <w:r>
        <w:t xml:space="preserve">26.8.24. klo 17-18.00 kaikille avoin Ilmanpäivän jumppa Rantapuistossa.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